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8689C" w14:textId="77777777" w:rsidR="000738AC" w:rsidRPr="00DF319D" w:rsidRDefault="00F01B31" w:rsidP="00885343">
      <w:pPr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sz w:val="16"/>
          <w:lang w:val="pl-PL"/>
        </w:rPr>
        <w:t>Załącznik nr 1 do Regulaminu Konkursu</w:t>
      </w:r>
    </w:p>
    <w:p w14:paraId="4C4DB600" w14:textId="6EC70D98" w:rsidR="000738AC" w:rsidRPr="00DF319D" w:rsidRDefault="00F01B31" w:rsidP="00630742">
      <w:pPr>
        <w:spacing w:before="120" w:after="0"/>
        <w:jc w:val="center"/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b/>
          <w:sz w:val="28"/>
          <w:lang w:val="pl-PL"/>
        </w:rPr>
        <w:t>KARTA ZGŁOSZENIA DO KONKURSU</w:t>
      </w:r>
      <w:r w:rsidR="00FD491B" w:rsidRPr="00DF319D">
        <w:rPr>
          <w:rFonts w:asciiTheme="majorHAnsi" w:hAnsiTheme="majorHAnsi" w:cstheme="majorHAnsi"/>
          <w:lang w:val="pl-PL"/>
        </w:rPr>
        <w:t xml:space="preserve"> </w:t>
      </w:r>
      <w:r w:rsidRPr="00DF319D">
        <w:rPr>
          <w:rFonts w:asciiTheme="majorHAnsi" w:hAnsiTheme="majorHAnsi" w:cstheme="majorHAnsi"/>
          <w:b/>
          <w:sz w:val="32"/>
          <w:lang w:val="pl-PL"/>
        </w:rPr>
        <w:t>„EKOKAMIEŃ”</w:t>
      </w:r>
    </w:p>
    <w:p w14:paraId="0D653687" w14:textId="77777777" w:rsidR="00FD491B" w:rsidRPr="00DF319D" w:rsidRDefault="00F01B31" w:rsidP="00FD491B">
      <w:pPr>
        <w:spacing w:after="0"/>
        <w:jc w:val="center"/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lang w:val="pl-PL"/>
        </w:rPr>
        <w:t>organizowanego przez Związek Międzygminny „Czysty Region”</w:t>
      </w:r>
    </w:p>
    <w:p w14:paraId="01F65AFE" w14:textId="77777777" w:rsidR="00FD491B" w:rsidRPr="00DF319D" w:rsidRDefault="00FD491B" w:rsidP="00FD491B">
      <w:pPr>
        <w:spacing w:after="0"/>
        <w:jc w:val="center"/>
        <w:rPr>
          <w:rFonts w:asciiTheme="majorHAnsi" w:hAnsiTheme="majorHAnsi" w:cstheme="majorHAnsi"/>
          <w:b/>
          <w:sz w:val="6"/>
          <w:szCs w:val="10"/>
          <w:lang w:val="pl-PL"/>
        </w:rPr>
      </w:pPr>
    </w:p>
    <w:p w14:paraId="686FF049" w14:textId="272CEFC0" w:rsidR="000738AC" w:rsidRPr="00DF319D" w:rsidRDefault="00F01B31" w:rsidP="00FD491B">
      <w:pPr>
        <w:spacing w:after="0"/>
        <w:jc w:val="center"/>
        <w:rPr>
          <w:rFonts w:asciiTheme="majorHAnsi" w:hAnsiTheme="majorHAnsi" w:cstheme="majorHAnsi"/>
          <w:b/>
          <w:sz w:val="16"/>
          <w:szCs w:val="20"/>
          <w:lang w:val="pl-PL"/>
        </w:rPr>
      </w:pPr>
      <w:r w:rsidRPr="00DF319D">
        <w:rPr>
          <w:rFonts w:asciiTheme="majorHAnsi" w:hAnsiTheme="majorHAnsi" w:cstheme="majorHAnsi"/>
          <w:b/>
          <w:sz w:val="16"/>
          <w:szCs w:val="20"/>
          <w:lang w:val="pl-PL"/>
        </w:rPr>
        <w:t>Kartę należy wypełnić CZYTELNIE, DRUKOWANYMI LITERAMI i odręcznie podpisać.</w:t>
      </w:r>
    </w:p>
    <w:p w14:paraId="13F2B4E1" w14:textId="77777777" w:rsidR="00FD491B" w:rsidRPr="00DF319D" w:rsidRDefault="00FD491B" w:rsidP="00FD491B">
      <w:pPr>
        <w:spacing w:after="0"/>
        <w:jc w:val="center"/>
        <w:rPr>
          <w:rFonts w:asciiTheme="majorHAnsi" w:hAnsiTheme="majorHAnsi" w:cstheme="majorHAnsi"/>
          <w:lang w:val="pl-PL"/>
        </w:rPr>
      </w:pPr>
    </w:p>
    <w:p w14:paraId="7947085F" w14:textId="5176B664" w:rsidR="000738AC" w:rsidRPr="00DF319D" w:rsidRDefault="00F01B31" w:rsidP="00885343">
      <w:pPr>
        <w:spacing w:before="100" w:after="240"/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b/>
          <w:lang w:val="pl-PL"/>
        </w:rPr>
        <w:t>IMIĘ I NAZWISKO UCZESTNIKA:</w:t>
      </w:r>
      <w:r w:rsidR="00FD491B" w:rsidRPr="00DF319D">
        <w:rPr>
          <w:rFonts w:asciiTheme="majorHAnsi" w:hAnsiTheme="majorHAnsi" w:cstheme="majorHAnsi"/>
          <w:lang w:val="pl-PL"/>
        </w:rPr>
        <w:t xml:space="preserve"> </w:t>
      </w:r>
      <w:r w:rsidRPr="00DF319D">
        <w:rPr>
          <w:rFonts w:asciiTheme="majorHAnsi" w:hAnsiTheme="majorHAnsi" w:cstheme="majorHAnsi"/>
          <w:lang w:val="pl-PL"/>
        </w:rPr>
        <w:t>………………………………………………………</w:t>
      </w:r>
      <w:r w:rsidR="00A45463" w:rsidRPr="00DF319D">
        <w:rPr>
          <w:rFonts w:asciiTheme="majorHAnsi" w:hAnsiTheme="majorHAnsi" w:cstheme="majorHAnsi"/>
          <w:lang w:val="pl-PL"/>
        </w:rPr>
        <w:t>…………………………</w:t>
      </w:r>
      <w:r w:rsidRPr="00DF319D">
        <w:rPr>
          <w:rFonts w:asciiTheme="majorHAnsi" w:hAnsiTheme="majorHAnsi" w:cstheme="majorHAnsi"/>
          <w:lang w:val="pl-PL"/>
        </w:rPr>
        <w:t>………</w:t>
      </w:r>
      <w:proofErr w:type="gramStart"/>
      <w:r w:rsidRPr="00DF319D">
        <w:rPr>
          <w:rFonts w:asciiTheme="majorHAnsi" w:hAnsiTheme="majorHAnsi" w:cstheme="majorHAnsi"/>
          <w:b/>
          <w:lang w:val="pl-PL"/>
        </w:rPr>
        <w:t xml:space="preserve">WIEK:  </w:t>
      </w:r>
      <w:r w:rsidRPr="00DF319D">
        <w:rPr>
          <w:rFonts w:asciiTheme="majorHAnsi" w:hAnsiTheme="majorHAnsi" w:cstheme="majorHAnsi"/>
          <w:lang w:val="pl-PL"/>
        </w:rPr>
        <w:t>…</w:t>
      </w:r>
      <w:proofErr w:type="gramEnd"/>
      <w:r w:rsidRPr="00DF319D">
        <w:rPr>
          <w:rFonts w:asciiTheme="majorHAnsi" w:hAnsiTheme="majorHAnsi" w:cstheme="majorHAnsi"/>
          <w:lang w:val="pl-PL"/>
        </w:rPr>
        <w:t>………</w:t>
      </w:r>
      <w:proofErr w:type="gramStart"/>
      <w:r w:rsidRPr="00DF319D">
        <w:rPr>
          <w:rFonts w:asciiTheme="majorHAnsi" w:hAnsiTheme="majorHAnsi" w:cstheme="majorHAnsi"/>
          <w:lang w:val="pl-PL"/>
        </w:rPr>
        <w:t>……</w:t>
      </w:r>
      <w:r w:rsidR="003400DC" w:rsidRPr="00DF319D">
        <w:rPr>
          <w:rFonts w:asciiTheme="majorHAnsi" w:hAnsiTheme="majorHAnsi" w:cstheme="majorHAnsi"/>
          <w:lang w:val="pl-PL"/>
        </w:rPr>
        <w:t>.</w:t>
      </w:r>
      <w:proofErr w:type="gramEnd"/>
      <w:r w:rsidR="003400DC" w:rsidRPr="00DF319D">
        <w:rPr>
          <w:rFonts w:asciiTheme="majorHAnsi" w:hAnsiTheme="majorHAnsi" w:cstheme="majorHAnsi"/>
          <w:lang w:val="pl-PL"/>
        </w:rPr>
        <w:t>.</w:t>
      </w:r>
      <w:r w:rsidRPr="00DF319D">
        <w:rPr>
          <w:rFonts w:asciiTheme="majorHAnsi" w:hAnsiTheme="majorHAnsi" w:cstheme="majorHAnsi"/>
          <w:lang w:val="pl-PL"/>
        </w:rPr>
        <w:t>………</w:t>
      </w:r>
    </w:p>
    <w:p w14:paraId="021EE9AD" w14:textId="47618C15" w:rsidR="00FD491B" w:rsidRPr="00DF319D" w:rsidRDefault="00A45463" w:rsidP="00885343">
      <w:pPr>
        <w:spacing w:before="100" w:after="240"/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b/>
          <w:lang w:val="pl-PL"/>
        </w:rPr>
        <w:t>MIEJSCOWOŚĆ</w:t>
      </w:r>
      <w:r w:rsidR="00F01B31" w:rsidRPr="00DF319D">
        <w:rPr>
          <w:rFonts w:asciiTheme="majorHAnsi" w:hAnsiTheme="majorHAnsi" w:cstheme="majorHAnsi"/>
          <w:b/>
          <w:lang w:val="pl-PL"/>
        </w:rPr>
        <w:t xml:space="preserve"> ZAMIESZKANIA:</w:t>
      </w:r>
      <w:r w:rsidR="00FD491B" w:rsidRPr="00DF319D">
        <w:rPr>
          <w:rFonts w:asciiTheme="majorHAnsi" w:hAnsiTheme="majorHAnsi" w:cstheme="majorHAnsi"/>
          <w:lang w:val="pl-PL"/>
        </w:rPr>
        <w:t xml:space="preserve"> </w:t>
      </w:r>
      <w:r w:rsidR="00F01B31" w:rsidRPr="00DF319D">
        <w:rPr>
          <w:rFonts w:asciiTheme="majorHAnsi" w:hAnsiTheme="majorHAnsi" w:cstheme="majorHAnsi"/>
          <w:lang w:val="pl-PL"/>
        </w:rPr>
        <w:t>……………………………………………………</w:t>
      </w:r>
      <w:proofErr w:type="gramStart"/>
      <w:r w:rsidRPr="00DF319D">
        <w:rPr>
          <w:rFonts w:asciiTheme="majorHAnsi" w:hAnsiTheme="majorHAnsi" w:cstheme="majorHAnsi"/>
          <w:b/>
          <w:bCs/>
          <w:lang w:val="pl-PL"/>
        </w:rPr>
        <w:t>GMINA:</w:t>
      </w:r>
      <w:r w:rsidR="00F01B31" w:rsidRPr="00DF319D">
        <w:rPr>
          <w:rFonts w:asciiTheme="majorHAnsi" w:hAnsiTheme="majorHAnsi" w:cstheme="majorHAnsi"/>
          <w:lang w:val="pl-PL"/>
        </w:rPr>
        <w:t>…</w:t>
      </w:r>
      <w:proofErr w:type="gramEnd"/>
      <w:r w:rsidR="00F01B31" w:rsidRPr="00DF319D">
        <w:rPr>
          <w:rFonts w:asciiTheme="majorHAnsi" w:hAnsiTheme="majorHAnsi" w:cstheme="majorHAnsi"/>
          <w:lang w:val="pl-PL"/>
        </w:rPr>
        <w:t>………………………………………</w:t>
      </w:r>
      <w:proofErr w:type="gramStart"/>
      <w:r w:rsidR="00F01B31" w:rsidRPr="00DF319D">
        <w:rPr>
          <w:rFonts w:asciiTheme="majorHAnsi" w:hAnsiTheme="majorHAnsi" w:cstheme="majorHAnsi"/>
          <w:lang w:val="pl-PL"/>
        </w:rPr>
        <w:t>……</w:t>
      </w:r>
      <w:r w:rsidR="00885343" w:rsidRPr="00DF319D">
        <w:rPr>
          <w:rFonts w:asciiTheme="majorHAnsi" w:hAnsiTheme="majorHAnsi" w:cstheme="majorHAnsi"/>
          <w:lang w:val="pl-PL"/>
        </w:rPr>
        <w:t>.</w:t>
      </w:r>
      <w:proofErr w:type="gramEnd"/>
      <w:r w:rsidR="00885343" w:rsidRPr="00DF319D">
        <w:rPr>
          <w:rFonts w:asciiTheme="majorHAnsi" w:hAnsiTheme="majorHAnsi" w:cstheme="majorHAnsi"/>
          <w:lang w:val="pl-PL"/>
        </w:rPr>
        <w:t>.</w:t>
      </w:r>
      <w:proofErr w:type="gramStart"/>
      <w:r w:rsidR="00F01B31" w:rsidRPr="00DF319D">
        <w:rPr>
          <w:rFonts w:asciiTheme="majorHAnsi" w:hAnsiTheme="majorHAnsi" w:cstheme="majorHAnsi"/>
          <w:lang w:val="pl-PL"/>
        </w:rPr>
        <w:t>……</w:t>
      </w:r>
      <w:r w:rsidR="003400DC" w:rsidRPr="00DF319D">
        <w:rPr>
          <w:rFonts w:asciiTheme="majorHAnsi" w:hAnsiTheme="majorHAnsi" w:cstheme="majorHAnsi"/>
          <w:lang w:val="pl-PL"/>
        </w:rPr>
        <w:t>.</w:t>
      </w:r>
      <w:proofErr w:type="gramEnd"/>
      <w:r w:rsidR="003400DC" w:rsidRPr="00DF319D">
        <w:rPr>
          <w:rFonts w:asciiTheme="majorHAnsi" w:hAnsiTheme="majorHAnsi" w:cstheme="majorHAnsi"/>
          <w:lang w:val="pl-PL"/>
        </w:rPr>
        <w:t>.</w:t>
      </w:r>
      <w:r w:rsidR="00F01B31" w:rsidRPr="00DF319D">
        <w:rPr>
          <w:rFonts w:asciiTheme="majorHAnsi" w:hAnsiTheme="majorHAnsi" w:cstheme="majorHAnsi"/>
          <w:lang w:val="pl-PL"/>
        </w:rPr>
        <w:t>…</w:t>
      </w:r>
      <w:r w:rsidR="00885343" w:rsidRPr="00DF319D">
        <w:rPr>
          <w:rFonts w:asciiTheme="majorHAnsi" w:hAnsiTheme="majorHAnsi" w:cstheme="majorHAnsi"/>
          <w:lang w:val="pl-PL"/>
        </w:rPr>
        <w:t>.</w:t>
      </w:r>
    </w:p>
    <w:p w14:paraId="4970EA58" w14:textId="4B048358" w:rsidR="000738AC" w:rsidRPr="00DF319D" w:rsidRDefault="00F01B31" w:rsidP="00885343">
      <w:pPr>
        <w:spacing w:before="100" w:after="240"/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b/>
          <w:lang w:val="pl-PL"/>
        </w:rPr>
        <w:t>TYTUŁ PRACY:</w:t>
      </w:r>
      <w:r w:rsidR="00885343" w:rsidRPr="00DF319D">
        <w:rPr>
          <w:rFonts w:asciiTheme="majorHAnsi" w:hAnsiTheme="majorHAnsi" w:cstheme="majorHAnsi"/>
          <w:lang w:val="pl-PL"/>
        </w:rPr>
        <w:t xml:space="preserve"> </w:t>
      </w:r>
      <w:r w:rsidRPr="00DF319D">
        <w:rPr>
          <w:rFonts w:asciiTheme="majorHAnsi" w:hAnsiTheme="majorHAnsi" w:cstheme="majorHAnsi"/>
          <w:lang w:val="pl-PL"/>
        </w:rPr>
        <w:t>………………………………………………</w:t>
      </w:r>
      <w:r w:rsidR="00A45463" w:rsidRPr="00DF319D">
        <w:rPr>
          <w:rFonts w:asciiTheme="majorHAnsi" w:hAnsiTheme="majorHAnsi" w:cstheme="majorHAnsi"/>
          <w:lang w:val="pl-PL"/>
        </w:rPr>
        <w:t>…………………</w:t>
      </w:r>
      <w:proofErr w:type="gramStart"/>
      <w:r w:rsidR="00A45463" w:rsidRPr="00DF319D">
        <w:rPr>
          <w:rFonts w:asciiTheme="majorHAnsi" w:hAnsiTheme="majorHAnsi" w:cstheme="majorHAnsi"/>
          <w:lang w:val="pl-PL"/>
        </w:rPr>
        <w:t>…….</w:t>
      </w:r>
      <w:proofErr w:type="gramEnd"/>
      <w:r w:rsidR="00A45463" w:rsidRPr="00DF319D">
        <w:rPr>
          <w:rFonts w:asciiTheme="majorHAnsi" w:hAnsiTheme="majorHAnsi" w:cstheme="majorHAnsi"/>
          <w:lang w:val="pl-PL"/>
        </w:rPr>
        <w:t>.</w:t>
      </w:r>
      <w:r w:rsidRPr="00DF319D">
        <w:rPr>
          <w:rFonts w:asciiTheme="majorHAnsi" w:hAnsiTheme="majorHAnsi" w:cstheme="majorHAnsi"/>
          <w:lang w:val="pl-PL"/>
        </w:rPr>
        <w:t>……………………………………</w:t>
      </w:r>
      <w:proofErr w:type="gramStart"/>
      <w:r w:rsidRPr="00DF319D">
        <w:rPr>
          <w:rFonts w:asciiTheme="majorHAnsi" w:hAnsiTheme="majorHAnsi" w:cstheme="majorHAnsi"/>
          <w:lang w:val="pl-PL"/>
        </w:rPr>
        <w:t>…</w:t>
      </w:r>
      <w:r w:rsidR="00885343" w:rsidRPr="00DF319D">
        <w:rPr>
          <w:rFonts w:asciiTheme="majorHAnsi" w:hAnsiTheme="majorHAnsi" w:cstheme="majorHAnsi"/>
          <w:lang w:val="pl-PL"/>
        </w:rPr>
        <w:t>….</w:t>
      </w:r>
      <w:proofErr w:type="gramEnd"/>
      <w:r w:rsidR="00885343" w:rsidRPr="00DF319D">
        <w:rPr>
          <w:rFonts w:asciiTheme="majorHAnsi" w:hAnsiTheme="majorHAnsi" w:cstheme="majorHAnsi"/>
          <w:lang w:val="pl-PL"/>
        </w:rPr>
        <w:t>.</w:t>
      </w:r>
      <w:r w:rsidRPr="00DF319D">
        <w:rPr>
          <w:rFonts w:asciiTheme="majorHAnsi" w:hAnsiTheme="majorHAnsi" w:cstheme="majorHAnsi"/>
          <w:lang w:val="pl-PL"/>
        </w:rPr>
        <w:t>……………………</w:t>
      </w:r>
      <w:proofErr w:type="gramStart"/>
      <w:r w:rsidRPr="00DF319D">
        <w:rPr>
          <w:rFonts w:asciiTheme="majorHAnsi" w:hAnsiTheme="majorHAnsi" w:cstheme="majorHAnsi"/>
          <w:lang w:val="pl-PL"/>
        </w:rPr>
        <w:t>……</w:t>
      </w:r>
      <w:r w:rsidR="003400DC" w:rsidRPr="00DF319D">
        <w:rPr>
          <w:rFonts w:asciiTheme="majorHAnsi" w:hAnsiTheme="majorHAnsi" w:cstheme="majorHAnsi"/>
          <w:lang w:val="pl-PL"/>
        </w:rPr>
        <w:t>.</w:t>
      </w:r>
      <w:proofErr w:type="gramEnd"/>
      <w:r w:rsidR="003400DC" w:rsidRPr="00DF319D">
        <w:rPr>
          <w:rFonts w:asciiTheme="majorHAnsi" w:hAnsiTheme="majorHAnsi" w:cstheme="majorHAnsi"/>
          <w:lang w:val="pl-PL"/>
        </w:rPr>
        <w:t>.</w:t>
      </w:r>
      <w:r w:rsidRPr="00DF319D">
        <w:rPr>
          <w:rFonts w:asciiTheme="majorHAnsi" w:hAnsiTheme="majorHAnsi" w:cstheme="majorHAnsi"/>
          <w:lang w:val="pl-PL"/>
        </w:rPr>
        <w:t>………</w:t>
      </w:r>
    </w:p>
    <w:p w14:paraId="1DCB8AA6" w14:textId="77777777" w:rsidR="00885343" w:rsidRPr="00DF319D" w:rsidRDefault="00885343" w:rsidP="00885343">
      <w:pPr>
        <w:spacing w:before="100"/>
        <w:rPr>
          <w:rFonts w:asciiTheme="majorHAnsi" w:hAnsiTheme="majorHAnsi" w:cstheme="majorHAnsi"/>
          <w:b/>
          <w:sz w:val="12"/>
          <w:szCs w:val="14"/>
          <w:lang w:val="pl-PL"/>
        </w:rPr>
      </w:pPr>
    </w:p>
    <w:p w14:paraId="05836681" w14:textId="0F922591" w:rsidR="00A45463" w:rsidRPr="00DF319D" w:rsidRDefault="00F01B31" w:rsidP="00885343">
      <w:pPr>
        <w:spacing w:before="100"/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b/>
          <w:lang w:val="pl-PL"/>
        </w:rPr>
        <w:t>KRÓTKI OPIS EKOLOGICZNEGO PRZESŁANIA EKOKAMIENIA:</w:t>
      </w:r>
      <w:r w:rsidR="00A45463" w:rsidRPr="00DF319D">
        <w:rPr>
          <w:rFonts w:asciiTheme="majorHAnsi" w:hAnsiTheme="majorHAnsi" w:cstheme="majorHAnsi"/>
          <w:lang w:val="pl-PL"/>
        </w:rPr>
        <w:t xml:space="preserve"> </w:t>
      </w:r>
      <w:r w:rsidRPr="00DF319D">
        <w:rPr>
          <w:rFonts w:asciiTheme="majorHAnsi" w:hAnsiTheme="majorHAnsi" w:cstheme="majorHAnsi"/>
          <w:lang w:val="pl-PL"/>
        </w:rPr>
        <w:t>…………………………………………………………………</w:t>
      </w:r>
      <w:proofErr w:type="gramStart"/>
      <w:r w:rsidR="00A45463" w:rsidRPr="00DF319D">
        <w:rPr>
          <w:rFonts w:asciiTheme="majorHAnsi" w:hAnsiTheme="majorHAnsi" w:cstheme="majorHAnsi"/>
          <w:lang w:val="pl-PL"/>
        </w:rPr>
        <w:t>……</w:t>
      </w:r>
      <w:r w:rsidR="003400DC" w:rsidRPr="00DF319D">
        <w:rPr>
          <w:rFonts w:asciiTheme="majorHAnsi" w:hAnsiTheme="majorHAnsi" w:cstheme="majorHAnsi"/>
          <w:lang w:val="pl-PL"/>
        </w:rPr>
        <w:t>.</w:t>
      </w:r>
      <w:proofErr w:type="gramEnd"/>
      <w:r w:rsidR="003400DC" w:rsidRPr="00DF319D">
        <w:rPr>
          <w:rFonts w:asciiTheme="majorHAnsi" w:hAnsiTheme="majorHAnsi" w:cstheme="majorHAnsi"/>
          <w:lang w:val="pl-PL"/>
        </w:rPr>
        <w:t>.</w:t>
      </w:r>
      <w:r w:rsidR="00A45463" w:rsidRPr="00DF319D">
        <w:rPr>
          <w:rFonts w:asciiTheme="majorHAnsi" w:hAnsiTheme="majorHAnsi" w:cstheme="majorHAnsi"/>
          <w:lang w:val="pl-PL"/>
        </w:rPr>
        <w:t>…………</w:t>
      </w:r>
    </w:p>
    <w:p w14:paraId="4875014C" w14:textId="15DBEB6A" w:rsidR="000738AC" w:rsidRPr="00DF319D" w:rsidRDefault="00F01B31" w:rsidP="00A45463">
      <w:pPr>
        <w:spacing w:before="240"/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lang w:val="pl-PL"/>
        </w:rPr>
        <w:t>………………………………………………………………………………………………………</w:t>
      </w:r>
      <w:r w:rsidR="00A45463" w:rsidRPr="00DF319D">
        <w:rPr>
          <w:rFonts w:asciiTheme="majorHAnsi" w:hAnsiTheme="majorHAnsi" w:cstheme="majorHAnsi"/>
          <w:lang w:val="pl-PL"/>
        </w:rPr>
        <w:t>…………………………………………………………………</w:t>
      </w:r>
      <w:r w:rsidRPr="00DF319D">
        <w:rPr>
          <w:rFonts w:asciiTheme="majorHAnsi" w:hAnsiTheme="majorHAnsi" w:cstheme="majorHAnsi"/>
          <w:lang w:val="pl-PL"/>
        </w:rPr>
        <w:t>…</w:t>
      </w:r>
      <w:r w:rsidR="003400DC" w:rsidRPr="00DF319D">
        <w:rPr>
          <w:rFonts w:asciiTheme="majorHAnsi" w:hAnsiTheme="majorHAnsi" w:cstheme="majorHAnsi"/>
          <w:lang w:val="pl-PL"/>
        </w:rPr>
        <w:t>..</w:t>
      </w:r>
      <w:r w:rsidRPr="00DF319D">
        <w:rPr>
          <w:rFonts w:asciiTheme="majorHAnsi" w:hAnsiTheme="majorHAnsi" w:cstheme="majorHAnsi"/>
          <w:lang w:val="pl-PL"/>
        </w:rPr>
        <w:t>……</w:t>
      </w:r>
    </w:p>
    <w:p w14:paraId="27B04EB7" w14:textId="66EE9F8B" w:rsidR="00A45463" w:rsidRPr="00DF319D" w:rsidRDefault="00A45463" w:rsidP="00A45463">
      <w:pPr>
        <w:spacing w:before="240"/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 w:rsidR="003400DC" w:rsidRPr="00DF319D">
        <w:rPr>
          <w:rFonts w:asciiTheme="majorHAnsi" w:hAnsiTheme="majorHAnsi" w:cstheme="majorHAnsi"/>
          <w:lang w:val="pl-PL"/>
        </w:rPr>
        <w:t>..</w:t>
      </w:r>
      <w:r w:rsidRPr="00DF319D">
        <w:rPr>
          <w:rFonts w:asciiTheme="majorHAnsi" w:hAnsiTheme="majorHAnsi" w:cstheme="majorHAnsi"/>
          <w:lang w:val="pl-PL"/>
        </w:rPr>
        <w:t>…</w:t>
      </w:r>
    </w:p>
    <w:p w14:paraId="55BE76F5" w14:textId="77777777" w:rsidR="00A45463" w:rsidRPr="00DF319D" w:rsidRDefault="00A45463" w:rsidP="00A45463">
      <w:pPr>
        <w:spacing w:before="240"/>
        <w:rPr>
          <w:rFonts w:asciiTheme="majorHAnsi" w:hAnsiTheme="majorHAnsi" w:cstheme="majorHAnsi"/>
          <w:sz w:val="12"/>
          <w:szCs w:val="14"/>
          <w:lang w:val="pl-PL"/>
        </w:rPr>
      </w:pPr>
    </w:p>
    <w:p w14:paraId="12152078" w14:textId="00D8AA36" w:rsidR="00630742" w:rsidRPr="00DF319D" w:rsidRDefault="00F01B31" w:rsidP="00885343">
      <w:pPr>
        <w:spacing w:before="100"/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b/>
          <w:lang w:val="pl-PL"/>
        </w:rPr>
        <w:t>MIEJSCE POZOSTAWIENIA EKOKAMIENIA</w:t>
      </w:r>
      <w:r w:rsidR="00630742" w:rsidRPr="00DF319D">
        <w:rPr>
          <w:rFonts w:asciiTheme="majorHAnsi" w:hAnsiTheme="majorHAnsi" w:cstheme="majorHAnsi"/>
          <w:b/>
          <w:lang w:val="pl-PL"/>
        </w:rPr>
        <w:t xml:space="preserve"> (miejscowość, krótki opis miejsca)</w:t>
      </w:r>
      <w:r w:rsidRPr="00DF319D">
        <w:rPr>
          <w:rFonts w:asciiTheme="majorHAnsi" w:hAnsiTheme="majorHAnsi" w:cstheme="majorHAnsi"/>
          <w:b/>
          <w:lang w:val="pl-PL"/>
        </w:rPr>
        <w:t>:</w:t>
      </w:r>
      <w:r w:rsidR="00630742" w:rsidRPr="00DF319D">
        <w:rPr>
          <w:rFonts w:asciiTheme="majorHAnsi" w:hAnsiTheme="majorHAnsi" w:cstheme="majorHAnsi"/>
          <w:lang w:val="pl-PL"/>
        </w:rPr>
        <w:t xml:space="preserve"> </w:t>
      </w:r>
      <w:r w:rsidRPr="00DF319D">
        <w:rPr>
          <w:rFonts w:asciiTheme="majorHAnsi" w:hAnsiTheme="majorHAnsi" w:cstheme="majorHAnsi"/>
          <w:lang w:val="pl-PL"/>
        </w:rPr>
        <w:t>……………………………</w:t>
      </w:r>
      <w:proofErr w:type="gramStart"/>
      <w:r w:rsidRPr="00DF319D">
        <w:rPr>
          <w:rFonts w:asciiTheme="majorHAnsi" w:hAnsiTheme="majorHAnsi" w:cstheme="majorHAnsi"/>
          <w:lang w:val="pl-PL"/>
        </w:rPr>
        <w:t>……</w:t>
      </w:r>
      <w:r w:rsidR="00630742" w:rsidRPr="00DF319D">
        <w:rPr>
          <w:rFonts w:asciiTheme="majorHAnsi" w:hAnsiTheme="majorHAnsi" w:cstheme="majorHAnsi"/>
          <w:lang w:val="pl-PL"/>
        </w:rPr>
        <w:t>.</w:t>
      </w:r>
      <w:proofErr w:type="gramEnd"/>
      <w:r w:rsidR="00630742" w:rsidRPr="00DF319D">
        <w:rPr>
          <w:rFonts w:asciiTheme="majorHAnsi" w:hAnsiTheme="majorHAnsi" w:cstheme="majorHAnsi"/>
          <w:lang w:val="pl-PL"/>
        </w:rPr>
        <w:t>.</w:t>
      </w:r>
      <w:r w:rsidRPr="00DF319D">
        <w:rPr>
          <w:rFonts w:asciiTheme="majorHAnsi" w:hAnsiTheme="majorHAnsi" w:cstheme="majorHAnsi"/>
          <w:lang w:val="pl-PL"/>
        </w:rPr>
        <w:t>…………………</w:t>
      </w:r>
      <w:r w:rsidR="00630742" w:rsidRPr="00DF319D">
        <w:rPr>
          <w:rFonts w:asciiTheme="majorHAnsi" w:hAnsiTheme="majorHAnsi" w:cstheme="majorHAnsi"/>
          <w:lang w:val="pl-PL"/>
        </w:rPr>
        <w:t>.</w:t>
      </w:r>
    </w:p>
    <w:p w14:paraId="105B820A" w14:textId="13068514" w:rsidR="000738AC" w:rsidRPr="00DF319D" w:rsidRDefault="00F01B31" w:rsidP="00630742">
      <w:pPr>
        <w:spacing w:before="240"/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lang w:val="pl-PL"/>
        </w:rPr>
        <w:t>………………………………………………………</w:t>
      </w:r>
      <w:r w:rsidR="00630742" w:rsidRPr="00DF319D">
        <w:rPr>
          <w:rFonts w:asciiTheme="majorHAnsi" w:hAnsiTheme="majorHAnsi" w:cstheme="majorHAnsi"/>
          <w:lang w:val="pl-PL"/>
        </w:rPr>
        <w:t>……………………………………………………………………………………………………………….…………</w:t>
      </w:r>
    </w:p>
    <w:p w14:paraId="3842F392" w14:textId="77777777" w:rsidR="00630742" w:rsidRPr="00DF319D" w:rsidRDefault="00630742" w:rsidP="00885343">
      <w:pPr>
        <w:spacing w:before="100"/>
        <w:rPr>
          <w:rFonts w:asciiTheme="majorHAnsi" w:hAnsiTheme="majorHAnsi" w:cstheme="majorHAnsi"/>
          <w:b/>
          <w:sz w:val="12"/>
          <w:szCs w:val="14"/>
          <w:lang w:val="pl-PL"/>
        </w:rPr>
      </w:pPr>
    </w:p>
    <w:p w14:paraId="03296A43" w14:textId="2D6A343E" w:rsidR="000738AC" w:rsidRPr="00DF319D" w:rsidRDefault="00F01B31" w:rsidP="00885343">
      <w:pPr>
        <w:spacing w:before="100"/>
        <w:rPr>
          <w:rFonts w:asciiTheme="majorHAnsi" w:hAnsiTheme="majorHAnsi" w:cstheme="majorHAnsi"/>
          <w:lang w:val="pl-PL"/>
        </w:rPr>
      </w:pPr>
      <w:r w:rsidRPr="00DF319D">
        <w:rPr>
          <w:rFonts w:asciiTheme="majorHAnsi" w:hAnsiTheme="majorHAnsi" w:cstheme="majorHAnsi"/>
          <w:b/>
          <w:lang w:val="pl-PL"/>
        </w:rPr>
        <w:t xml:space="preserve">IMIĘ I NAZWISKO RODZICA / OPIEKUNA </w:t>
      </w:r>
      <w:proofErr w:type="gramStart"/>
      <w:r w:rsidRPr="00DF319D">
        <w:rPr>
          <w:rFonts w:asciiTheme="majorHAnsi" w:hAnsiTheme="majorHAnsi" w:cstheme="majorHAnsi"/>
          <w:b/>
          <w:lang w:val="pl-PL"/>
        </w:rPr>
        <w:t>PRAWNEGO:</w:t>
      </w:r>
      <w:r w:rsidRPr="00DF319D">
        <w:rPr>
          <w:rFonts w:asciiTheme="majorHAnsi" w:hAnsiTheme="majorHAnsi" w:cstheme="majorHAnsi"/>
          <w:lang w:val="pl-PL"/>
        </w:rPr>
        <w:t>…</w:t>
      </w:r>
      <w:proofErr w:type="gramEnd"/>
      <w:r w:rsidRPr="00DF319D">
        <w:rPr>
          <w:rFonts w:asciiTheme="majorHAnsi" w:hAnsiTheme="majorHAnsi" w:cstheme="majorHAnsi"/>
          <w:lang w:val="pl-PL"/>
        </w:rPr>
        <w:t>……………………………………………………………………………………</w:t>
      </w:r>
      <w:r w:rsidR="00630742" w:rsidRPr="00DF319D">
        <w:rPr>
          <w:rFonts w:asciiTheme="majorHAnsi" w:hAnsiTheme="majorHAnsi" w:cstheme="majorHAnsi"/>
          <w:lang w:val="pl-PL"/>
        </w:rPr>
        <w:t>…</w:t>
      </w:r>
      <w:r w:rsidRPr="00DF319D">
        <w:rPr>
          <w:rFonts w:asciiTheme="majorHAnsi" w:hAnsiTheme="majorHAnsi" w:cstheme="majorHAnsi"/>
          <w:lang w:val="pl-PL"/>
        </w:rPr>
        <w:t>…</w:t>
      </w:r>
      <w:r w:rsidR="00630742" w:rsidRPr="00DF319D">
        <w:rPr>
          <w:rFonts w:asciiTheme="majorHAnsi" w:hAnsiTheme="majorHAnsi" w:cstheme="majorHAnsi"/>
          <w:lang w:val="pl-PL"/>
        </w:rPr>
        <w:t>.</w:t>
      </w:r>
    </w:p>
    <w:p w14:paraId="66DE3D44" w14:textId="6C9FD6F3" w:rsidR="000738AC" w:rsidRPr="00DF319D" w:rsidRDefault="00F01B31" w:rsidP="00630742">
      <w:pPr>
        <w:spacing w:before="160"/>
        <w:rPr>
          <w:rFonts w:asciiTheme="majorHAnsi" w:hAnsiTheme="majorHAnsi" w:cstheme="majorHAnsi"/>
          <w:bCs/>
          <w:lang w:val="pl-PL"/>
        </w:rPr>
      </w:pPr>
      <w:r w:rsidRPr="00DF319D">
        <w:rPr>
          <w:rFonts w:asciiTheme="majorHAnsi" w:hAnsiTheme="majorHAnsi" w:cstheme="majorHAnsi"/>
          <w:b/>
          <w:lang w:val="pl-PL"/>
        </w:rPr>
        <w:t xml:space="preserve">TELEFON KONTAKTOWY: </w:t>
      </w:r>
      <w:r w:rsidR="00885343" w:rsidRPr="00DF319D">
        <w:rPr>
          <w:rFonts w:asciiTheme="majorHAnsi" w:hAnsiTheme="majorHAnsi" w:cstheme="majorHAnsi"/>
          <w:bCs/>
          <w:lang w:val="pl-PL"/>
        </w:rPr>
        <w:t>…………………</w:t>
      </w:r>
      <w:r w:rsidR="00630742" w:rsidRPr="00DF319D">
        <w:rPr>
          <w:rFonts w:asciiTheme="majorHAnsi" w:hAnsiTheme="majorHAnsi" w:cstheme="majorHAnsi"/>
          <w:bCs/>
          <w:lang w:val="pl-PL"/>
        </w:rPr>
        <w:t>……………</w:t>
      </w:r>
      <w:proofErr w:type="gramStart"/>
      <w:r w:rsidR="00630742" w:rsidRPr="00DF319D">
        <w:rPr>
          <w:rFonts w:asciiTheme="majorHAnsi" w:hAnsiTheme="majorHAnsi" w:cstheme="majorHAnsi"/>
          <w:bCs/>
          <w:lang w:val="pl-PL"/>
        </w:rPr>
        <w:t>…….….</w:t>
      </w:r>
      <w:r w:rsidR="00885343" w:rsidRPr="00DF319D">
        <w:rPr>
          <w:rFonts w:asciiTheme="majorHAnsi" w:hAnsiTheme="majorHAnsi" w:cstheme="majorHAnsi"/>
          <w:bCs/>
          <w:lang w:val="pl-PL"/>
        </w:rPr>
        <w:t>…</w:t>
      </w:r>
      <w:proofErr w:type="gramEnd"/>
      <w:r w:rsidR="00885343" w:rsidRPr="00DF319D">
        <w:rPr>
          <w:rFonts w:asciiTheme="majorHAnsi" w:hAnsiTheme="majorHAnsi" w:cstheme="majorHAnsi"/>
          <w:bCs/>
          <w:lang w:val="pl-PL"/>
        </w:rPr>
        <w:t>………….</w:t>
      </w:r>
      <w:r w:rsidRPr="00DF319D">
        <w:rPr>
          <w:rFonts w:asciiTheme="majorHAnsi" w:hAnsiTheme="majorHAnsi" w:cstheme="majorHAnsi"/>
          <w:b/>
          <w:lang w:val="pl-PL"/>
        </w:rPr>
        <w:t xml:space="preserve"> </w:t>
      </w:r>
      <w:proofErr w:type="gramStart"/>
      <w:r w:rsidRPr="00DF319D">
        <w:rPr>
          <w:rFonts w:asciiTheme="majorHAnsi" w:hAnsiTheme="majorHAnsi" w:cstheme="majorHAnsi"/>
          <w:b/>
          <w:lang w:val="pl-PL"/>
        </w:rPr>
        <w:t>E-MAIL</w:t>
      </w:r>
      <w:r w:rsidRPr="00DF319D">
        <w:rPr>
          <w:rFonts w:asciiTheme="majorHAnsi" w:hAnsiTheme="majorHAnsi" w:cstheme="majorHAnsi"/>
          <w:bCs/>
          <w:lang w:val="pl-PL"/>
        </w:rPr>
        <w:t>:</w:t>
      </w:r>
      <w:r w:rsidR="00885343" w:rsidRPr="00DF319D">
        <w:rPr>
          <w:rFonts w:asciiTheme="majorHAnsi" w:hAnsiTheme="majorHAnsi" w:cstheme="majorHAnsi"/>
          <w:bCs/>
          <w:lang w:val="pl-PL"/>
        </w:rPr>
        <w:t>…</w:t>
      </w:r>
      <w:proofErr w:type="gramEnd"/>
      <w:r w:rsidR="00885343" w:rsidRPr="00DF319D">
        <w:rPr>
          <w:rFonts w:asciiTheme="majorHAnsi" w:hAnsiTheme="majorHAnsi" w:cstheme="majorHAnsi"/>
          <w:bCs/>
          <w:lang w:val="pl-PL"/>
        </w:rPr>
        <w:t>………</w:t>
      </w:r>
      <w:proofErr w:type="gramStart"/>
      <w:r w:rsidR="00885343" w:rsidRPr="00DF319D">
        <w:rPr>
          <w:rFonts w:asciiTheme="majorHAnsi" w:hAnsiTheme="majorHAnsi" w:cstheme="majorHAnsi"/>
          <w:bCs/>
          <w:lang w:val="pl-PL"/>
        </w:rPr>
        <w:t>…</w:t>
      </w:r>
      <w:r w:rsidR="00630742" w:rsidRPr="00DF319D">
        <w:rPr>
          <w:rFonts w:asciiTheme="majorHAnsi" w:hAnsiTheme="majorHAnsi" w:cstheme="majorHAnsi"/>
          <w:bCs/>
          <w:lang w:val="pl-PL"/>
        </w:rPr>
        <w:t>….</w:t>
      </w:r>
      <w:proofErr w:type="gramEnd"/>
      <w:r w:rsidR="00885343" w:rsidRPr="00DF319D">
        <w:rPr>
          <w:rFonts w:asciiTheme="majorHAnsi" w:hAnsiTheme="majorHAnsi" w:cstheme="majorHAnsi"/>
          <w:bCs/>
          <w:lang w:val="pl-PL"/>
        </w:rPr>
        <w:t>…………</w:t>
      </w:r>
      <w:r w:rsidR="00630742" w:rsidRPr="00DF319D">
        <w:rPr>
          <w:rFonts w:asciiTheme="majorHAnsi" w:hAnsiTheme="majorHAnsi" w:cstheme="majorHAnsi"/>
          <w:bCs/>
          <w:lang w:val="pl-PL"/>
        </w:rPr>
        <w:t>…</w:t>
      </w:r>
      <w:r w:rsidR="00885343" w:rsidRPr="00DF319D">
        <w:rPr>
          <w:rFonts w:asciiTheme="majorHAnsi" w:hAnsiTheme="majorHAnsi" w:cstheme="majorHAnsi"/>
          <w:bCs/>
          <w:lang w:val="pl-PL"/>
        </w:rPr>
        <w:t>……………………………</w:t>
      </w:r>
      <w:r w:rsidR="00630742" w:rsidRPr="00DF319D">
        <w:rPr>
          <w:rFonts w:asciiTheme="majorHAnsi" w:hAnsiTheme="majorHAnsi" w:cstheme="majorHAnsi"/>
          <w:bCs/>
          <w:lang w:val="pl-PL"/>
        </w:rPr>
        <w:t>…</w:t>
      </w:r>
      <w:r w:rsidR="00885343" w:rsidRPr="00DF319D">
        <w:rPr>
          <w:rFonts w:asciiTheme="majorHAnsi" w:hAnsiTheme="majorHAnsi" w:cstheme="majorHAnsi"/>
          <w:bCs/>
          <w:lang w:val="pl-PL"/>
        </w:rPr>
        <w:t>………</w:t>
      </w:r>
    </w:p>
    <w:p w14:paraId="76E14AFE" w14:textId="01889122" w:rsidR="000738AC" w:rsidRPr="00DF319D" w:rsidRDefault="000738AC" w:rsidP="00885343">
      <w:pPr>
        <w:spacing w:after="40"/>
        <w:rPr>
          <w:rFonts w:asciiTheme="majorHAnsi" w:hAnsiTheme="majorHAnsi" w:cstheme="majorHAnsi"/>
          <w:lang w:val="pl-PL"/>
        </w:rPr>
      </w:pPr>
    </w:p>
    <w:p w14:paraId="0EE8218B" w14:textId="371CDC1D" w:rsidR="003F66D0" w:rsidRPr="00DF319D" w:rsidRDefault="003F66D0" w:rsidP="003400DC">
      <w:pPr>
        <w:spacing w:after="30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 xml:space="preserve">Jako </w:t>
      </w:r>
      <w:r w:rsidRPr="00DF319D">
        <w:rPr>
          <w:rFonts w:asciiTheme="majorHAnsi" w:hAnsiTheme="majorHAnsi" w:cstheme="majorHAnsi"/>
          <w:sz w:val="22"/>
          <w:u w:val="single"/>
          <w:lang w:val="pl-PL"/>
        </w:rPr>
        <w:t>Uczestnik</w:t>
      </w:r>
      <w:r w:rsidRPr="00DF319D">
        <w:rPr>
          <w:rFonts w:asciiTheme="majorHAnsi" w:hAnsiTheme="majorHAnsi" w:cstheme="majorHAnsi"/>
          <w:sz w:val="22"/>
          <w:lang w:val="pl-PL"/>
        </w:rPr>
        <w:t xml:space="preserve"> oświadczam, że </w:t>
      </w:r>
      <w:proofErr w:type="spellStart"/>
      <w:r w:rsidRPr="00DF319D">
        <w:rPr>
          <w:rFonts w:asciiTheme="majorHAnsi" w:hAnsiTheme="majorHAnsi" w:cstheme="majorHAnsi"/>
          <w:sz w:val="22"/>
          <w:lang w:val="pl-PL"/>
        </w:rPr>
        <w:t>EkoKamień</w:t>
      </w:r>
      <w:proofErr w:type="spellEnd"/>
      <w:r w:rsidRPr="00DF319D">
        <w:rPr>
          <w:rFonts w:asciiTheme="majorHAnsi" w:hAnsiTheme="majorHAnsi" w:cstheme="majorHAnsi"/>
          <w:sz w:val="22"/>
          <w:lang w:val="pl-PL"/>
        </w:rPr>
        <w:t xml:space="preserve"> został wykonany samodzielnie przeze mnie a zgłoszona praca nie</w:t>
      </w:r>
      <w:r w:rsidR="003400DC" w:rsidRPr="00DF319D">
        <w:rPr>
          <w:rFonts w:asciiTheme="majorHAnsi" w:hAnsiTheme="majorHAnsi" w:cstheme="majorHAnsi"/>
          <w:sz w:val="22"/>
          <w:lang w:val="pl-PL"/>
        </w:rPr>
        <w:t xml:space="preserve"> </w:t>
      </w:r>
      <w:r w:rsidRPr="00DF319D">
        <w:rPr>
          <w:rFonts w:asciiTheme="majorHAnsi" w:hAnsiTheme="majorHAnsi" w:cstheme="majorHAnsi"/>
          <w:sz w:val="22"/>
          <w:lang w:val="pl-PL"/>
        </w:rPr>
        <w:t>narusza praw autorskich ani innych praw osób trzecich.</w:t>
      </w:r>
    </w:p>
    <w:p w14:paraId="6781494E" w14:textId="77777777" w:rsidR="003F66D0" w:rsidRPr="00DF319D" w:rsidRDefault="003F66D0" w:rsidP="003F66D0">
      <w:pPr>
        <w:spacing w:after="30"/>
        <w:ind w:left="142" w:hanging="142"/>
        <w:jc w:val="both"/>
        <w:rPr>
          <w:rFonts w:asciiTheme="majorHAnsi" w:hAnsiTheme="majorHAnsi" w:cstheme="majorHAnsi"/>
          <w:szCs w:val="20"/>
          <w:lang w:val="pl-PL"/>
        </w:rPr>
      </w:pPr>
    </w:p>
    <w:p w14:paraId="31D39F4D" w14:textId="77777777" w:rsidR="003400DC" w:rsidRPr="00DF319D" w:rsidRDefault="003400DC" w:rsidP="003400DC">
      <w:pPr>
        <w:jc w:val="both"/>
        <w:rPr>
          <w:rFonts w:asciiTheme="majorHAnsi" w:hAnsiTheme="majorHAnsi" w:cstheme="majorHAnsi"/>
          <w:szCs w:val="20"/>
          <w:lang w:val="pl-PL"/>
        </w:rPr>
      </w:pPr>
    </w:p>
    <w:p w14:paraId="1E931295" w14:textId="087DC5D5" w:rsidR="003400DC" w:rsidRPr="00DF319D" w:rsidRDefault="003400DC" w:rsidP="003400DC">
      <w:pPr>
        <w:spacing w:after="0"/>
        <w:jc w:val="both"/>
        <w:rPr>
          <w:rFonts w:asciiTheme="majorHAnsi" w:hAnsiTheme="majorHAnsi" w:cstheme="majorHAnsi"/>
          <w:szCs w:val="20"/>
          <w:lang w:val="pl-PL"/>
        </w:rPr>
      </w:pPr>
      <w:r w:rsidRPr="00DF319D">
        <w:rPr>
          <w:rFonts w:asciiTheme="majorHAnsi" w:hAnsiTheme="majorHAnsi" w:cstheme="majorHAnsi"/>
          <w:szCs w:val="20"/>
          <w:lang w:val="pl-PL"/>
        </w:rPr>
        <w:t>…………….………………………                                                                   ……………………………………..…………………….</w:t>
      </w:r>
    </w:p>
    <w:p w14:paraId="0B3CAE28" w14:textId="36CD164D" w:rsidR="003400DC" w:rsidRPr="00DF319D" w:rsidRDefault="003400DC" w:rsidP="003400DC">
      <w:pPr>
        <w:spacing w:after="0"/>
        <w:jc w:val="both"/>
        <w:rPr>
          <w:rFonts w:asciiTheme="majorHAnsi" w:hAnsiTheme="majorHAnsi" w:cstheme="majorHAnsi"/>
          <w:szCs w:val="20"/>
          <w:lang w:val="pl-PL"/>
        </w:rPr>
      </w:pPr>
      <w:r w:rsidRPr="00DF319D">
        <w:rPr>
          <w:rFonts w:asciiTheme="majorHAnsi" w:hAnsiTheme="majorHAnsi" w:cstheme="majorHAnsi"/>
          <w:i/>
          <w:iCs/>
          <w:szCs w:val="20"/>
          <w:lang w:val="pl-PL"/>
        </w:rPr>
        <w:t xml:space="preserve">data </w:t>
      </w:r>
      <w:r w:rsidRPr="00DF319D">
        <w:rPr>
          <w:rFonts w:asciiTheme="majorHAnsi" w:hAnsiTheme="majorHAnsi" w:cstheme="majorHAnsi"/>
          <w:szCs w:val="20"/>
          <w:lang w:val="pl-PL"/>
        </w:rPr>
        <w:t xml:space="preserve">                                                                                                      </w:t>
      </w:r>
      <w:r w:rsidRPr="00DF319D">
        <w:rPr>
          <w:rFonts w:asciiTheme="majorHAnsi" w:hAnsiTheme="majorHAnsi" w:cstheme="majorHAnsi"/>
          <w:i/>
          <w:iCs/>
          <w:szCs w:val="20"/>
          <w:lang w:val="pl-PL"/>
        </w:rPr>
        <w:t>czytelny podpis Uczestnika</w:t>
      </w:r>
    </w:p>
    <w:p w14:paraId="49B2570C" w14:textId="77777777" w:rsidR="003F66D0" w:rsidRPr="00DF319D" w:rsidRDefault="003F66D0" w:rsidP="003F66D0">
      <w:pPr>
        <w:spacing w:after="30"/>
        <w:ind w:left="142" w:hanging="142"/>
        <w:jc w:val="both"/>
        <w:rPr>
          <w:rFonts w:asciiTheme="majorHAnsi" w:hAnsiTheme="majorHAnsi" w:cstheme="majorHAnsi"/>
          <w:lang w:val="pl-PL"/>
        </w:rPr>
      </w:pPr>
    </w:p>
    <w:p w14:paraId="42A14E83" w14:textId="77777777" w:rsidR="003F66D0" w:rsidRPr="00DF319D" w:rsidRDefault="003F66D0" w:rsidP="003F66D0">
      <w:pPr>
        <w:spacing w:after="30"/>
        <w:ind w:left="142" w:hanging="142"/>
        <w:jc w:val="both"/>
        <w:rPr>
          <w:rFonts w:asciiTheme="majorHAnsi" w:hAnsiTheme="majorHAnsi" w:cstheme="majorHAnsi"/>
          <w:lang w:val="pl-PL"/>
        </w:rPr>
      </w:pPr>
    </w:p>
    <w:p w14:paraId="33FDF004" w14:textId="77777777" w:rsidR="003400DC" w:rsidRPr="00DF319D" w:rsidRDefault="00F01B31" w:rsidP="003400DC">
      <w:pPr>
        <w:spacing w:after="0"/>
        <w:jc w:val="center"/>
        <w:rPr>
          <w:rFonts w:asciiTheme="majorHAnsi" w:hAnsiTheme="majorHAnsi" w:cstheme="majorHAnsi"/>
          <w:b/>
          <w:bCs/>
          <w:sz w:val="22"/>
          <w:lang w:val="pl-PL"/>
        </w:rPr>
      </w:pPr>
      <w:r w:rsidRPr="00DF319D">
        <w:rPr>
          <w:rFonts w:asciiTheme="majorHAnsi" w:hAnsiTheme="majorHAnsi" w:cstheme="majorHAnsi"/>
          <w:b/>
          <w:bCs/>
          <w:sz w:val="22"/>
          <w:lang w:val="pl-PL"/>
        </w:rPr>
        <w:t xml:space="preserve">Ja niżej podpisana/-y zgłaszam udział mojego dziecka / podopiecznego </w:t>
      </w:r>
    </w:p>
    <w:p w14:paraId="72F2943B" w14:textId="693511EF" w:rsidR="000738AC" w:rsidRPr="00DF319D" w:rsidRDefault="00F01B31" w:rsidP="003400DC">
      <w:pPr>
        <w:spacing w:after="0"/>
        <w:jc w:val="center"/>
        <w:rPr>
          <w:rFonts w:asciiTheme="majorHAnsi" w:hAnsiTheme="majorHAnsi" w:cstheme="majorHAnsi"/>
          <w:b/>
          <w:bCs/>
          <w:sz w:val="22"/>
          <w:lang w:val="pl-PL"/>
        </w:rPr>
      </w:pPr>
      <w:r w:rsidRPr="00DF319D">
        <w:rPr>
          <w:rFonts w:asciiTheme="majorHAnsi" w:hAnsiTheme="majorHAnsi" w:cstheme="majorHAnsi"/>
          <w:b/>
          <w:bCs/>
          <w:sz w:val="22"/>
          <w:lang w:val="pl-PL"/>
        </w:rPr>
        <w:t>w konkursie pt. „</w:t>
      </w:r>
      <w:proofErr w:type="spellStart"/>
      <w:r w:rsidRPr="00DF319D">
        <w:rPr>
          <w:rFonts w:asciiTheme="majorHAnsi" w:hAnsiTheme="majorHAnsi" w:cstheme="majorHAnsi"/>
          <w:b/>
          <w:bCs/>
          <w:sz w:val="22"/>
          <w:lang w:val="pl-PL"/>
        </w:rPr>
        <w:t>EkoKamień</w:t>
      </w:r>
      <w:proofErr w:type="spellEnd"/>
      <w:r w:rsidRPr="00DF319D">
        <w:rPr>
          <w:rFonts w:asciiTheme="majorHAnsi" w:hAnsiTheme="majorHAnsi" w:cstheme="majorHAnsi"/>
          <w:b/>
          <w:bCs/>
          <w:sz w:val="22"/>
          <w:lang w:val="pl-PL"/>
        </w:rPr>
        <w:t>”</w:t>
      </w:r>
      <w:r w:rsidR="00630742" w:rsidRPr="00DF319D">
        <w:rPr>
          <w:rFonts w:asciiTheme="majorHAnsi" w:hAnsiTheme="majorHAnsi" w:cstheme="majorHAnsi"/>
          <w:b/>
          <w:bCs/>
          <w:sz w:val="22"/>
          <w:lang w:val="pl-PL"/>
        </w:rPr>
        <w:t xml:space="preserve"> i</w:t>
      </w:r>
      <w:r w:rsidR="003400DC" w:rsidRPr="00DF319D">
        <w:rPr>
          <w:rFonts w:asciiTheme="majorHAnsi" w:hAnsiTheme="majorHAnsi" w:cstheme="majorHAnsi"/>
          <w:b/>
          <w:bCs/>
          <w:sz w:val="22"/>
          <w:lang w:val="pl-PL"/>
        </w:rPr>
        <w:t> </w:t>
      </w:r>
      <w:r w:rsidR="00630742" w:rsidRPr="00DF319D">
        <w:rPr>
          <w:rFonts w:asciiTheme="majorHAnsi" w:hAnsiTheme="majorHAnsi" w:cstheme="majorHAnsi"/>
          <w:b/>
          <w:bCs/>
          <w:sz w:val="22"/>
          <w:lang w:val="pl-PL"/>
        </w:rPr>
        <w:t xml:space="preserve">oświadczam, </w:t>
      </w:r>
      <w:proofErr w:type="gramStart"/>
      <w:r w:rsidR="00630742" w:rsidRPr="00DF319D">
        <w:rPr>
          <w:rFonts w:asciiTheme="majorHAnsi" w:hAnsiTheme="majorHAnsi" w:cstheme="majorHAnsi"/>
          <w:b/>
          <w:bCs/>
          <w:sz w:val="22"/>
          <w:lang w:val="pl-PL"/>
        </w:rPr>
        <w:t>że</w:t>
      </w:r>
      <w:r w:rsidR="003F66D0" w:rsidRPr="00DF319D">
        <w:rPr>
          <w:rFonts w:asciiTheme="majorHAnsi" w:hAnsiTheme="majorHAnsi" w:cstheme="majorHAnsi"/>
          <w:b/>
          <w:bCs/>
          <w:sz w:val="22"/>
          <w:lang w:val="pl-PL"/>
        </w:rPr>
        <w:t xml:space="preserve"> </w:t>
      </w:r>
      <w:r w:rsidR="00630742" w:rsidRPr="00DF319D">
        <w:rPr>
          <w:rFonts w:asciiTheme="majorHAnsi" w:hAnsiTheme="majorHAnsi" w:cstheme="majorHAnsi"/>
          <w:b/>
          <w:bCs/>
          <w:sz w:val="22"/>
          <w:lang w:val="pl-PL"/>
        </w:rPr>
        <w:t>:</w:t>
      </w:r>
      <w:proofErr w:type="gramEnd"/>
    </w:p>
    <w:p w14:paraId="759B4659" w14:textId="77777777" w:rsidR="00885343" w:rsidRPr="00DF319D" w:rsidRDefault="00885343" w:rsidP="00630742">
      <w:pPr>
        <w:spacing w:after="0"/>
        <w:jc w:val="center"/>
        <w:rPr>
          <w:rFonts w:asciiTheme="majorHAnsi" w:hAnsiTheme="majorHAnsi" w:cstheme="majorHAnsi"/>
          <w:szCs w:val="20"/>
          <w:lang w:val="pl-PL"/>
        </w:rPr>
      </w:pPr>
    </w:p>
    <w:p w14:paraId="4D235ACE" w14:textId="77777777" w:rsidR="00630742" w:rsidRPr="00DF319D" w:rsidRDefault="00630742" w:rsidP="00881F3A">
      <w:pPr>
        <w:spacing w:after="30"/>
        <w:ind w:left="142" w:hanging="142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- zapoznałam/em się z Regulaminem Konkursu i akceptuję jego postanowienia;</w:t>
      </w:r>
    </w:p>
    <w:p w14:paraId="738BEC6D" w14:textId="14FC5CB0" w:rsidR="00630742" w:rsidRPr="00DF319D" w:rsidRDefault="00630742" w:rsidP="00881F3A">
      <w:pPr>
        <w:spacing w:after="30"/>
        <w:ind w:left="142" w:hanging="142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 xml:space="preserve">- </w:t>
      </w:r>
      <w:proofErr w:type="spellStart"/>
      <w:r w:rsidRPr="00DF319D">
        <w:rPr>
          <w:rFonts w:asciiTheme="majorHAnsi" w:hAnsiTheme="majorHAnsi" w:cstheme="majorHAnsi"/>
          <w:sz w:val="22"/>
          <w:lang w:val="pl-PL"/>
        </w:rPr>
        <w:t>EkoKamień</w:t>
      </w:r>
      <w:proofErr w:type="spellEnd"/>
      <w:r w:rsidRPr="00DF319D">
        <w:rPr>
          <w:rFonts w:asciiTheme="majorHAnsi" w:hAnsiTheme="majorHAnsi" w:cstheme="majorHAnsi"/>
          <w:sz w:val="22"/>
          <w:lang w:val="pl-PL"/>
        </w:rPr>
        <w:t xml:space="preserve"> został wykonany samodzielnie przez Uczestnika;</w:t>
      </w:r>
    </w:p>
    <w:p w14:paraId="59F9F88C" w14:textId="347B684F" w:rsidR="00630742" w:rsidRPr="00DF319D" w:rsidRDefault="00630742" w:rsidP="00881F3A">
      <w:pPr>
        <w:spacing w:after="30"/>
        <w:ind w:left="142" w:hanging="142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- zgłoszona praca nie narusza praw autorskich ani innych praw osób trzecich;</w:t>
      </w:r>
    </w:p>
    <w:p w14:paraId="65C102E0" w14:textId="5B33D9BC" w:rsidR="00630742" w:rsidRPr="00DF319D" w:rsidRDefault="00630742" w:rsidP="00881F3A">
      <w:pPr>
        <w:spacing w:after="30"/>
        <w:ind w:left="142" w:hanging="142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- przesłane fotografie, tytuł i opis zostały wykonane przez Uczestnika, przeze mnie albo przez inną osobę, od której uzyskałam/em zgodę pozwalającą udzielić Organizatorowi licencji na zasadach określonych w</w:t>
      </w:r>
      <w:r w:rsidR="003400DC" w:rsidRPr="00DF319D">
        <w:rPr>
          <w:rFonts w:asciiTheme="majorHAnsi" w:hAnsiTheme="majorHAnsi" w:cstheme="majorHAnsi"/>
          <w:sz w:val="22"/>
          <w:lang w:val="pl-PL"/>
        </w:rPr>
        <w:t> </w:t>
      </w:r>
      <w:r w:rsidRPr="00DF319D">
        <w:rPr>
          <w:rFonts w:asciiTheme="majorHAnsi" w:hAnsiTheme="majorHAnsi" w:cstheme="majorHAnsi"/>
          <w:sz w:val="22"/>
          <w:lang w:val="pl-PL"/>
        </w:rPr>
        <w:t>§</w:t>
      </w:r>
      <w:r w:rsidR="003400DC" w:rsidRPr="00DF319D">
        <w:rPr>
          <w:rFonts w:asciiTheme="majorHAnsi" w:hAnsiTheme="majorHAnsi" w:cstheme="majorHAnsi"/>
          <w:sz w:val="22"/>
          <w:lang w:val="pl-PL"/>
        </w:rPr>
        <w:t> </w:t>
      </w:r>
      <w:r w:rsidRPr="00DF319D">
        <w:rPr>
          <w:rFonts w:asciiTheme="majorHAnsi" w:hAnsiTheme="majorHAnsi" w:cstheme="majorHAnsi"/>
          <w:sz w:val="22"/>
          <w:lang w:val="pl-PL"/>
        </w:rPr>
        <w:t>13 Regulaminu;</w:t>
      </w:r>
    </w:p>
    <w:p w14:paraId="4305FC0E" w14:textId="29CF5576" w:rsidR="00630742" w:rsidRPr="00DF319D" w:rsidRDefault="00630742" w:rsidP="00881F3A">
      <w:pPr>
        <w:spacing w:after="30"/>
        <w:ind w:left="142" w:hanging="142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- zapoznałam/em się z informacją o przetwarzaniu danych osobowych zawartą w § 12 Regulaminu;</w:t>
      </w:r>
    </w:p>
    <w:p w14:paraId="2AAFF16D" w14:textId="063E683E" w:rsidR="003F66D0" w:rsidRPr="00DF319D" w:rsidRDefault="003F66D0" w:rsidP="003F66D0">
      <w:pPr>
        <w:spacing w:after="60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 xml:space="preserve">- w imieniu mojego dziecka udzielam Związkowi Międzygminnemu „Czysty Region” nieodpłatnej, niewyłącznej licencji do korzystania z </w:t>
      </w:r>
      <w:proofErr w:type="spellStart"/>
      <w:r w:rsidRPr="00DF319D">
        <w:rPr>
          <w:rFonts w:asciiTheme="majorHAnsi" w:hAnsiTheme="majorHAnsi" w:cstheme="majorHAnsi"/>
          <w:sz w:val="22"/>
          <w:lang w:val="pl-PL"/>
        </w:rPr>
        <w:t>EkoKamienia</w:t>
      </w:r>
      <w:proofErr w:type="spellEnd"/>
      <w:r w:rsidRPr="00DF319D">
        <w:rPr>
          <w:rFonts w:asciiTheme="majorHAnsi" w:hAnsiTheme="majorHAnsi" w:cstheme="majorHAnsi"/>
          <w:sz w:val="22"/>
          <w:lang w:val="pl-PL"/>
        </w:rPr>
        <w:t xml:space="preserve"> oraz przesłanych fotografii, tytułu i opisu pracy</w:t>
      </w:r>
      <w:r w:rsidR="003400DC" w:rsidRPr="00DF319D">
        <w:rPr>
          <w:rFonts w:asciiTheme="majorHAnsi" w:hAnsiTheme="majorHAnsi" w:cstheme="majorHAnsi"/>
          <w:sz w:val="22"/>
          <w:lang w:val="pl-PL"/>
        </w:rPr>
        <w:t xml:space="preserve"> </w:t>
      </w:r>
      <w:r w:rsidRPr="00DF319D">
        <w:rPr>
          <w:rFonts w:asciiTheme="majorHAnsi" w:hAnsiTheme="majorHAnsi" w:cstheme="majorHAnsi"/>
          <w:sz w:val="22"/>
          <w:lang w:val="pl-PL"/>
        </w:rPr>
        <w:t>w celach związanych z organizacją, promocją, dokumentowaniem i rozliczeniem Konkursu oraz projektu „Nie wyrzucaj - wykorzystaj, segreguj - nie mieszaj”, a także z prowadzoną przez Organizatora działalnością edukacyjną - na czas nieoznaczony i bez ograniczeń terytorialnych, na następujących polach eksploatacji:</w:t>
      </w:r>
    </w:p>
    <w:p w14:paraId="3ACDB026" w14:textId="77777777" w:rsidR="003F66D0" w:rsidRPr="00DF319D" w:rsidRDefault="003F66D0" w:rsidP="003F66D0">
      <w:pPr>
        <w:pStyle w:val="Listapunktowana2"/>
        <w:numPr>
          <w:ilvl w:val="0"/>
          <w:numId w:val="28"/>
        </w:numPr>
        <w:tabs>
          <w:tab w:val="clear" w:pos="720"/>
        </w:tabs>
        <w:spacing w:after="40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lastRenderedPageBreak/>
        <w:t>utrwalanie i zwielokrotnianie dowolną techniką, w szczególności cyfrową, fotograficzną, drukarską i reprograficzną;</w:t>
      </w:r>
    </w:p>
    <w:p w14:paraId="7FEB7B91" w14:textId="77777777" w:rsidR="003F66D0" w:rsidRPr="00DF319D" w:rsidRDefault="003F66D0" w:rsidP="003F66D0">
      <w:pPr>
        <w:numPr>
          <w:ilvl w:val="0"/>
          <w:numId w:val="14"/>
        </w:numPr>
        <w:spacing w:after="40"/>
        <w:ind w:left="680" w:hanging="255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wprowadzanie do pamięci komputera, systemów informatycznych, serwerów i baz danych Organizatora;</w:t>
      </w:r>
    </w:p>
    <w:p w14:paraId="07F05ABF" w14:textId="77777777" w:rsidR="003F66D0" w:rsidRPr="00DF319D" w:rsidRDefault="003F66D0" w:rsidP="003F66D0">
      <w:pPr>
        <w:numPr>
          <w:ilvl w:val="0"/>
          <w:numId w:val="14"/>
        </w:numPr>
        <w:spacing w:after="40"/>
        <w:ind w:left="680" w:hanging="255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publiczne wystawianie i wyświetlanie;</w:t>
      </w:r>
    </w:p>
    <w:p w14:paraId="2AD6089C" w14:textId="49DBA4C6" w:rsidR="003F66D0" w:rsidRPr="00DF319D" w:rsidRDefault="003F66D0" w:rsidP="003F66D0">
      <w:pPr>
        <w:numPr>
          <w:ilvl w:val="0"/>
          <w:numId w:val="14"/>
        </w:numPr>
        <w:spacing w:after="40"/>
        <w:ind w:left="680" w:hanging="255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publiczne udostępnianie w taki sposób, aby każdy mógł mieć dostęp do materiałów w miejscu i</w:t>
      </w:r>
      <w:r w:rsidR="003400DC" w:rsidRPr="00DF319D">
        <w:rPr>
          <w:rFonts w:asciiTheme="majorHAnsi" w:hAnsiTheme="majorHAnsi" w:cstheme="majorHAnsi"/>
          <w:sz w:val="22"/>
          <w:lang w:val="pl-PL"/>
        </w:rPr>
        <w:t> </w:t>
      </w:r>
      <w:r w:rsidRPr="00DF319D">
        <w:rPr>
          <w:rFonts w:asciiTheme="majorHAnsi" w:hAnsiTheme="majorHAnsi" w:cstheme="majorHAnsi"/>
          <w:sz w:val="22"/>
          <w:lang w:val="pl-PL"/>
        </w:rPr>
        <w:t>czasie przez siebie wybranym, w szczególności na stronie internetowej Organizatora oraz w jego profilach w mediach społecznościowych;</w:t>
      </w:r>
    </w:p>
    <w:p w14:paraId="70151D7D" w14:textId="77777777" w:rsidR="003F66D0" w:rsidRPr="00DF319D" w:rsidRDefault="003F66D0" w:rsidP="003F66D0">
      <w:pPr>
        <w:numPr>
          <w:ilvl w:val="0"/>
          <w:numId w:val="14"/>
        </w:numPr>
        <w:spacing w:after="40"/>
        <w:ind w:left="680" w:hanging="255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wykorzystywanie w materiałach informacyjnych, edukacyjnych, promocyjnych i sprawozdawczych dotyczących Konkursu, projektu oraz działalności edukacyjnej Organizatora, zarówno w formie drukowanej, jak i elektronicznej;</w:t>
      </w:r>
    </w:p>
    <w:p w14:paraId="751935EC" w14:textId="48D743C6" w:rsidR="003F66D0" w:rsidRPr="00DF319D" w:rsidRDefault="003F66D0" w:rsidP="003F66D0">
      <w:pPr>
        <w:numPr>
          <w:ilvl w:val="0"/>
          <w:numId w:val="14"/>
        </w:numPr>
        <w:spacing w:after="40"/>
        <w:ind w:left="680" w:hanging="255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przekazywanie materiałów mediom oraz podmiotom uczestniczącym w realizacji, promocji i</w:t>
      </w:r>
      <w:r w:rsidR="003400DC" w:rsidRPr="00DF319D">
        <w:rPr>
          <w:rFonts w:asciiTheme="majorHAnsi" w:hAnsiTheme="majorHAnsi" w:cstheme="majorHAnsi"/>
          <w:sz w:val="22"/>
          <w:lang w:val="pl-PL"/>
        </w:rPr>
        <w:t> </w:t>
      </w:r>
      <w:r w:rsidRPr="00DF319D">
        <w:rPr>
          <w:rFonts w:asciiTheme="majorHAnsi" w:hAnsiTheme="majorHAnsi" w:cstheme="majorHAnsi"/>
          <w:sz w:val="22"/>
          <w:lang w:val="pl-PL"/>
        </w:rPr>
        <w:t>rozliczaniu Konkursu lub projektu.</w:t>
      </w:r>
    </w:p>
    <w:p w14:paraId="6015DFCA" w14:textId="77777777" w:rsidR="00193621" w:rsidRPr="00DF319D" w:rsidRDefault="00193621" w:rsidP="00630742">
      <w:pPr>
        <w:spacing w:after="30"/>
        <w:jc w:val="both"/>
        <w:rPr>
          <w:rFonts w:asciiTheme="majorHAnsi" w:hAnsiTheme="majorHAnsi" w:cstheme="majorHAnsi"/>
          <w:sz w:val="24"/>
          <w:szCs w:val="24"/>
          <w:lang w:val="pl-PL"/>
        </w:rPr>
      </w:pPr>
    </w:p>
    <w:p w14:paraId="0665C952" w14:textId="14C62454" w:rsidR="000738AC" w:rsidRPr="00DF319D" w:rsidRDefault="00193621" w:rsidP="00630742">
      <w:pPr>
        <w:spacing w:after="30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DF319D">
        <w:rPr>
          <w:rFonts w:asciiTheme="majorHAnsi" w:hAnsiTheme="majorHAnsi" w:cstheme="majorHAnsi"/>
          <w:sz w:val="24"/>
          <w:szCs w:val="24"/>
          <w:lang w:val="pl-PL"/>
        </w:rPr>
        <w:t>Wyrażam zgodę na przetwarzanie danych osobowych moich oraz mojego dziecka/podopiecznego w celu przeprowadzenia Konkursu, kontaktu w sprawach organizacyjnych, ogłoszenia wyników i</w:t>
      </w:r>
      <w:r w:rsidR="00DF319D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Pr="00DF319D">
        <w:rPr>
          <w:rFonts w:asciiTheme="majorHAnsi" w:hAnsiTheme="majorHAnsi" w:cstheme="majorHAnsi"/>
          <w:sz w:val="24"/>
          <w:szCs w:val="24"/>
          <w:lang w:val="pl-PL"/>
        </w:rPr>
        <w:t>wydania nagrody - w zakresie opisanym w § 12 Regulaminu.</w:t>
      </w:r>
    </w:p>
    <w:p w14:paraId="41C344A9" w14:textId="77777777" w:rsidR="003400DC" w:rsidRPr="00DF319D" w:rsidRDefault="003400DC" w:rsidP="003400DC">
      <w:pPr>
        <w:jc w:val="both"/>
        <w:rPr>
          <w:rFonts w:asciiTheme="majorHAnsi" w:hAnsiTheme="majorHAnsi" w:cstheme="majorHAnsi"/>
          <w:sz w:val="22"/>
          <w:lang w:val="pl-PL"/>
        </w:rPr>
      </w:pPr>
    </w:p>
    <w:p w14:paraId="7B2DD22B" w14:textId="77777777" w:rsidR="003400DC" w:rsidRPr="00DF319D" w:rsidRDefault="003400DC" w:rsidP="003400DC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……………………………                                                                   …………………………………………………….</w:t>
      </w:r>
    </w:p>
    <w:p w14:paraId="27E4C677" w14:textId="77777777" w:rsidR="003400DC" w:rsidRPr="00DF319D" w:rsidRDefault="003400DC" w:rsidP="003400DC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i/>
          <w:iCs/>
          <w:sz w:val="22"/>
          <w:lang w:val="pl-PL"/>
        </w:rPr>
        <w:t xml:space="preserve">data </w:t>
      </w:r>
      <w:r w:rsidRPr="00DF319D">
        <w:rPr>
          <w:rFonts w:asciiTheme="majorHAnsi" w:hAnsiTheme="majorHAnsi" w:cstheme="majorHAnsi"/>
          <w:sz w:val="22"/>
          <w:lang w:val="pl-PL"/>
        </w:rPr>
        <w:t xml:space="preserve">                                                                                           </w:t>
      </w:r>
      <w:r w:rsidRPr="00DF319D">
        <w:rPr>
          <w:rFonts w:asciiTheme="majorHAnsi" w:hAnsiTheme="majorHAnsi" w:cstheme="majorHAnsi"/>
          <w:i/>
          <w:iCs/>
          <w:sz w:val="22"/>
          <w:lang w:val="pl-PL"/>
        </w:rPr>
        <w:t>czytelny podpis Rodzica / Opiekuna Prawnego</w:t>
      </w:r>
    </w:p>
    <w:p w14:paraId="356FF28B" w14:textId="77777777" w:rsidR="003F66D0" w:rsidRPr="00DF319D" w:rsidRDefault="003F66D0" w:rsidP="00630742">
      <w:pPr>
        <w:spacing w:after="30"/>
        <w:jc w:val="both"/>
        <w:rPr>
          <w:rFonts w:asciiTheme="majorHAnsi" w:hAnsiTheme="majorHAnsi" w:cstheme="majorHAnsi"/>
          <w:sz w:val="22"/>
          <w:lang w:val="pl-PL"/>
        </w:rPr>
      </w:pPr>
    </w:p>
    <w:p w14:paraId="5C4AEF18" w14:textId="77777777" w:rsidR="003400DC" w:rsidRPr="00DF319D" w:rsidRDefault="003400DC" w:rsidP="00630742">
      <w:pPr>
        <w:spacing w:after="30"/>
        <w:jc w:val="both"/>
        <w:rPr>
          <w:rFonts w:asciiTheme="majorHAnsi" w:hAnsiTheme="majorHAnsi" w:cstheme="majorHAnsi"/>
          <w:sz w:val="22"/>
          <w:lang w:val="pl-PL"/>
        </w:rPr>
      </w:pPr>
    </w:p>
    <w:p w14:paraId="0F1B8DBB" w14:textId="77777777" w:rsidR="00630742" w:rsidRPr="00DF319D" w:rsidRDefault="00630742" w:rsidP="00630742">
      <w:pPr>
        <w:spacing w:after="30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b/>
          <w:bCs/>
          <w:sz w:val="22"/>
          <w:lang w:val="pl-PL"/>
        </w:rPr>
        <w:t>DOBROWOLNA ZGODA NA PUBLIKACJĘ DANYCH LAUREATA/OSOBY WYRÓŻNIONEJ</w:t>
      </w:r>
    </w:p>
    <w:p w14:paraId="2F18ED51" w14:textId="292DA1A3" w:rsidR="00630742" w:rsidRPr="00DF319D" w:rsidRDefault="00630742" w:rsidP="00630742">
      <w:pPr>
        <w:spacing w:after="30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 xml:space="preserve">WYRAŻAM ZGODĘ na opublikowanie na stronie internetowej www.czystyregion.pl imienia i nazwiska mojego dziecka/podopiecznego, tytułu jego pracy, informacji o zajętym miejscu lub przyznanym wyróżnieniu oraz zdjęcia </w:t>
      </w:r>
      <w:proofErr w:type="spellStart"/>
      <w:r w:rsidRPr="00DF319D">
        <w:rPr>
          <w:rFonts w:asciiTheme="majorHAnsi" w:hAnsiTheme="majorHAnsi" w:cstheme="majorHAnsi"/>
          <w:sz w:val="22"/>
          <w:lang w:val="pl-PL"/>
        </w:rPr>
        <w:t>EkoKamienia</w:t>
      </w:r>
      <w:proofErr w:type="spellEnd"/>
      <w:r w:rsidRPr="00DF319D">
        <w:rPr>
          <w:rFonts w:asciiTheme="majorHAnsi" w:hAnsiTheme="majorHAnsi" w:cstheme="majorHAnsi"/>
          <w:sz w:val="22"/>
          <w:lang w:val="pl-PL"/>
        </w:rPr>
        <w:t xml:space="preserve"> - jeżeli zostanie Laureatem lub otrzyma wyróżnienie.</w:t>
      </w:r>
    </w:p>
    <w:p w14:paraId="7FB8C7C1" w14:textId="77777777" w:rsidR="00630742" w:rsidRPr="00DF319D" w:rsidRDefault="00630742" w:rsidP="00630742">
      <w:pPr>
        <w:spacing w:after="30"/>
        <w:jc w:val="both"/>
        <w:rPr>
          <w:rFonts w:asciiTheme="majorHAnsi" w:hAnsiTheme="majorHAnsi" w:cstheme="majorHAnsi"/>
          <w:sz w:val="22"/>
          <w:lang w:val="pl-PL"/>
        </w:rPr>
      </w:pPr>
    </w:p>
    <w:p w14:paraId="5B5892D5" w14:textId="2A45AEAF" w:rsidR="00630742" w:rsidRPr="00DF319D" w:rsidRDefault="00630742" w:rsidP="00630742">
      <w:pPr>
        <w:spacing w:after="30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Zgoda jest dobrowolna. Jej niewyrażenie nie wpływa na udział w Konkursie, ocenę pracy ani prawo do otrzymania nagrody. W takim przypadku wynik zostanie opublikowany bez danych pozwalających na identyfikację Uczestnika. Zgodę można wycofać w dowolnym momencie; wycofanie zgody nie wpływa na zgodność z prawem przetwarzania dokonanego przed jej wycofaniem.</w:t>
      </w:r>
    </w:p>
    <w:p w14:paraId="6B0C67D8" w14:textId="77777777" w:rsidR="003400DC" w:rsidRPr="00DF319D" w:rsidRDefault="003400DC" w:rsidP="002D2374">
      <w:pPr>
        <w:jc w:val="both"/>
        <w:rPr>
          <w:rFonts w:asciiTheme="majorHAnsi" w:hAnsiTheme="majorHAnsi" w:cstheme="majorHAnsi"/>
          <w:sz w:val="22"/>
          <w:lang w:val="pl-PL"/>
        </w:rPr>
      </w:pPr>
    </w:p>
    <w:p w14:paraId="41D3FA76" w14:textId="77777777" w:rsidR="003400DC" w:rsidRPr="00DF319D" w:rsidRDefault="003400DC" w:rsidP="002D2374">
      <w:pPr>
        <w:jc w:val="both"/>
        <w:rPr>
          <w:rFonts w:asciiTheme="majorHAnsi" w:hAnsiTheme="majorHAnsi" w:cstheme="majorHAnsi"/>
          <w:sz w:val="22"/>
          <w:lang w:val="pl-PL"/>
        </w:rPr>
      </w:pPr>
    </w:p>
    <w:p w14:paraId="2F432807" w14:textId="72506AC9" w:rsidR="003400DC" w:rsidRPr="00DF319D" w:rsidRDefault="003400DC" w:rsidP="003400DC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sz w:val="22"/>
          <w:lang w:val="pl-PL"/>
        </w:rPr>
        <w:t>……………………………                                                                   …………………………………………………….</w:t>
      </w:r>
    </w:p>
    <w:p w14:paraId="11B6E7CF" w14:textId="073FC9BA" w:rsidR="003400DC" w:rsidRPr="00DF319D" w:rsidRDefault="003400DC" w:rsidP="003400DC">
      <w:pPr>
        <w:spacing w:after="0"/>
        <w:jc w:val="both"/>
        <w:rPr>
          <w:rFonts w:asciiTheme="majorHAnsi" w:hAnsiTheme="majorHAnsi" w:cstheme="majorHAnsi"/>
          <w:sz w:val="22"/>
          <w:lang w:val="pl-PL"/>
        </w:rPr>
      </w:pPr>
      <w:r w:rsidRPr="00DF319D">
        <w:rPr>
          <w:rFonts w:asciiTheme="majorHAnsi" w:hAnsiTheme="majorHAnsi" w:cstheme="majorHAnsi"/>
          <w:i/>
          <w:iCs/>
          <w:sz w:val="22"/>
          <w:lang w:val="pl-PL"/>
        </w:rPr>
        <w:t xml:space="preserve">data </w:t>
      </w:r>
      <w:r w:rsidRPr="00DF319D">
        <w:rPr>
          <w:rFonts w:asciiTheme="majorHAnsi" w:hAnsiTheme="majorHAnsi" w:cstheme="majorHAnsi"/>
          <w:sz w:val="22"/>
          <w:lang w:val="pl-PL"/>
        </w:rPr>
        <w:t xml:space="preserve">                                                                                           </w:t>
      </w:r>
      <w:r w:rsidRPr="00DF319D">
        <w:rPr>
          <w:rFonts w:asciiTheme="majorHAnsi" w:hAnsiTheme="majorHAnsi" w:cstheme="majorHAnsi"/>
          <w:i/>
          <w:iCs/>
          <w:sz w:val="22"/>
          <w:lang w:val="pl-PL"/>
        </w:rPr>
        <w:t>czytelny podpis Rodzica / Opiekuna Prawnego</w:t>
      </w:r>
    </w:p>
    <w:sectPr w:rsidR="003400DC" w:rsidRPr="00DF319D" w:rsidSect="00DF319D">
      <w:footerReference w:type="default" r:id="rId8"/>
      <w:footerReference w:type="first" r:id="rId9"/>
      <w:pgSz w:w="11906" w:h="16838"/>
      <w:pgMar w:top="1134" w:right="1247" w:bottom="1020" w:left="1247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9A46" w14:textId="77777777" w:rsidR="00802167" w:rsidRDefault="00802167">
      <w:pPr>
        <w:spacing w:after="0" w:line="240" w:lineRule="auto"/>
      </w:pPr>
      <w:r>
        <w:separator/>
      </w:r>
    </w:p>
  </w:endnote>
  <w:endnote w:type="continuationSeparator" w:id="0">
    <w:p w14:paraId="5172C377" w14:textId="77777777" w:rsidR="00802167" w:rsidRDefault="0080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7B20" w14:textId="1FBB264F" w:rsidR="00DF319D" w:rsidRDefault="00DF319D">
    <w:pPr>
      <w:pStyle w:val="Stopka"/>
      <w:jc w:val="right"/>
    </w:pPr>
    <w:r>
      <w:t>2</w:t>
    </w:r>
  </w:p>
  <w:p w14:paraId="09D2C9AD" w14:textId="77777777" w:rsidR="00DF319D" w:rsidRPr="005057CF" w:rsidRDefault="00DF319D" w:rsidP="005057CF">
    <w:pPr>
      <w:pStyle w:val="Stopka"/>
      <w:jc w:val="right"/>
      <w:rPr>
        <w:rFonts w:asciiTheme="majorHAnsi" w:hAnsiTheme="majorHAnsi" w:cstheme="majorHAnsi"/>
        <w:i/>
        <w:iCs/>
        <w:color w:val="EE0000"/>
        <w:sz w:val="16"/>
        <w:szCs w:val="18"/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1184" w14:textId="72137011" w:rsidR="00DF319D" w:rsidRDefault="00DF319D" w:rsidP="00DF319D">
    <w:pPr>
      <w:pStyle w:val="Stopk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B9304" w14:textId="77777777" w:rsidR="00802167" w:rsidRDefault="00802167">
      <w:pPr>
        <w:spacing w:after="0" w:line="240" w:lineRule="auto"/>
      </w:pPr>
      <w:r>
        <w:separator/>
      </w:r>
    </w:p>
  </w:footnote>
  <w:footnote w:type="continuationSeparator" w:id="0">
    <w:p w14:paraId="05321349" w14:textId="77777777" w:rsidR="00802167" w:rsidRDefault="00802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C76C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598A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EF6F52"/>
    <w:multiLevelType w:val="multilevel"/>
    <w:tmpl w:val="4A725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7E51FCB"/>
    <w:multiLevelType w:val="multilevel"/>
    <w:tmpl w:val="B412903A"/>
    <w:lvl w:ilvl="0">
      <w:start w:val="1"/>
      <w:numFmt w:val="lowerLetter"/>
      <w:pStyle w:val="Listapunktowana2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430D6E"/>
    <w:multiLevelType w:val="multilevel"/>
    <w:tmpl w:val="A9BE86BE"/>
    <w:lvl w:ilvl="0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ED4532"/>
    <w:multiLevelType w:val="multilevel"/>
    <w:tmpl w:val="88BE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E53FFD"/>
    <w:multiLevelType w:val="hybridMultilevel"/>
    <w:tmpl w:val="FE2C8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184097">
    <w:abstractNumId w:val="9"/>
    <w:lvlOverride w:ilvl="0">
      <w:startOverride w:val="1"/>
    </w:lvlOverride>
  </w:num>
  <w:num w:numId="2" w16cid:durableId="1463189253">
    <w:abstractNumId w:val="10"/>
    <w:lvlOverride w:ilvl="0">
      <w:startOverride w:val="1"/>
    </w:lvlOverride>
  </w:num>
  <w:num w:numId="3" w16cid:durableId="765229808">
    <w:abstractNumId w:val="9"/>
    <w:lvlOverride w:ilvl="0">
      <w:startOverride w:val="1"/>
    </w:lvlOverride>
  </w:num>
  <w:num w:numId="4" w16cid:durableId="1747872341">
    <w:abstractNumId w:val="9"/>
    <w:lvlOverride w:ilvl="0">
      <w:startOverride w:val="1"/>
    </w:lvlOverride>
  </w:num>
  <w:num w:numId="5" w16cid:durableId="1540623907">
    <w:abstractNumId w:val="10"/>
    <w:lvlOverride w:ilvl="0">
      <w:startOverride w:val="1"/>
    </w:lvlOverride>
  </w:num>
  <w:num w:numId="6" w16cid:durableId="46540186">
    <w:abstractNumId w:val="9"/>
    <w:lvlOverride w:ilvl="0">
      <w:startOverride w:val="1"/>
    </w:lvlOverride>
  </w:num>
  <w:num w:numId="7" w16cid:durableId="649602382">
    <w:abstractNumId w:val="9"/>
    <w:lvlOverride w:ilvl="0">
      <w:startOverride w:val="1"/>
    </w:lvlOverride>
  </w:num>
  <w:num w:numId="8" w16cid:durableId="552666425">
    <w:abstractNumId w:val="9"/>
    <w:lvlOverride w:ilvl="0">
      <w:startOverride w:val="1"/>
    </w:lvlOverride>
  </w:num>
  <w:num w:numId="9" w16cid:durableId="1079403609">
    <w:abstractNumId w:val="10"/>
    <w:lvlOverride w:ilvl="0">
      <w:startOverride w:val="1"/>
    </w:lvlOverride>
  </w:num>
  <w:num w:numId="10" w16cid:durableId="202834775">
    <w:abstractNumId w:val="9"/>
    <w:lvlOverride w:ilvl="0">
      <w:startOverride w:val="1"/>
    </w:lvlOverride>
  </w:num>
  <w:num w:numId="11" w16cid:durableId="2129927234">
    <w:abstractNumId w:val="10"/>
    <w:lvlOverride w:ilvl="0">
      <w:startOverride w:val="1"/>
    </w:lvlOverride>
  </w:num>
  <w:num w:numId="12" w16cid:durableId="1035622443">
    <w:abstractNumId w:val="9"/>
    <w:lvlOverride w:ilvl="0">
      <w:startOverride w:val="1"/>
    </w:lvlOverride>
  </w:num>
  <w:num w:numId="13" w16cid:durableId="66155887">
    <w:abstractNumId w:val="9"/>
    <w:lvlOverride w:ilvl="0">
      <w:startOverride w:val="1"/>
    </w:lvlOverride>
  </w:num>
  <w:num w:numId="14" w16cid:durableId="287399949">
    <w:abstractNumId w:val="10"/>
    <w:lvlOverride w:ilvl="0">
      <w:startOverride w:val="1"/>
    </w:lvlOverride>
  </w:num>
  <w:num w:numId="15" w16cid:durableId="2142772554">
    <w:abstractNumId w:val="9"/>
    <w:lvlOverride w:ilvl="0">
      <w:startOverride w:val="1"/>
    </w:lvlOverride>
  </w:num>
  <w:num w:numId="16" w16cid:durableId="1173372890">
    <w:abstractNumId w:val="9"/>
    <w:lvlOverride w:ilvl="0">
      <w:startOverride w:val="1"/>
    </w:lvlOverride>
  </w:num>
  <w:num w:numId="17" w16cid:durableId="1249995221">
    <w:abstractNumId w:val="9"/>
    <w:lvlOverride w:ilvl="0">
      <w:startOverride w:val="1"/>
    </w:lvlOverride>
  </w:num>
  <w:num w:numId="18" w16cid:durableId="893661211">
    <w:abstractNumId w:val="9"/>
    <w:lvlOverride w:ilvl="0">
      <w:startOverride w:val="1"/>
    </w:lvlOverride>
  </w:num>
  <w:num w:numId="19" w16cid:durableId="1100876882">
    <w:abstractNumId w:val="9"/>
    <w:lvlOverride w:ilvl="0">
      <w:startOverride w:val="1"/>
    </w:lvlOverride>
  </w:num>
  <w:num w:numId="20" w16cid:durableId="852190634">
    <w:abstractNumId w:val="9"/>
    <w:lvlOverride w:ilvl="0">
      <w:startOverride w:val="1"/>
    </w:lvlOverride>
  </w:num>
  <w:num w:numId="21" w16cid:durableId="630595294">
    <w:abstractNumId w:val="13"/>
  </w:num>
  <w:num w:numId="22" w16cid:durableId="1427193541">
    <w:abstractNumId w:val="8"/>
  </w:num>
  <w:num w:numId="23" w16cid:durableId="435291097">
    <w:abstractNumId w:val="11"/>
  </w:num>
  <w:num w:numId="24" w16cid:durableId="181857476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647324691">
    <w:abstractNumId w:val="10"/>
    <w:lvlOverride w:ilvl="0">
      <w:startOverride w:val="1"/>
    </w:lvlOverride>
  </w:num>
  <w:num w:numId="26" w16cid:durableId="1345479397">
    <w:abstractNumId w:val="12"/>
  </w:num>
  <w:num w:numId="27" w16cid:durableId="457920285">
    <w:abstractNumId w:val="6"/>
  </w:num>
  <w:num w:numId="28" w16cid:durableId="46543911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8AC"/>
    <w:rsid w:val="00082C71"/>
    <w:rsid w:val="0015074B"/>
    <w:rsid w:val="00193621"/>
    <w:rsid w:val="00197569"/>
    <w:rsid w:val="00217547"/>
    <w:rsid w:val="00222551"/>
    <w:rsid w:val="002367B0"/>
    <w:rsid w:val="00286F97"/>
    <w:rsid w:val="0029639D"/>
    <w:rsid w:val="002D2374"/>
    <w:rsid w:val="00322B29"/>
    <w:rsid w:val="00326F90"/>
    <w:rsid w:val="003400DC"/>
    <w:rsid w:val="003F66D0"/>
    <w:rsid w:val="004512DD"/>
    <w:rsid w:val="00494AAB"/>
    <w:rsid w:val="005057CF"/>
    <w:rsid w:val="005B61A3"/>
    <w:rsid w:val="005C2E91"/>
    <w:rsid w:val="005D5CFE"/>
    <w:rsid w:val="00630742"/>
    <w:rsid w:val="0066423E"/>
    <w:rsid w:val="007549BB"/>
    <w:rsid w:val="007A179A"/>
    <w:rsid w:val="007D7EAB"/>
    <w:rsid w:val="00802167"/>
    <w:rsid w:val="00827338"/>
    <w:rsid w:val="00881F3A"/>
    <w:rsid w:val="00885343"/>
    <w:rsid w:val="00896322"/>
    <w:rsid w:val="008C0A71"/>
    <w:rsid w:val="008E2829"/>
    <w:rsid w:val="009A0F5C"/>
    <w:rsid w:val="00A45463"/>
    <w:rsid w:val="00AA1D8D"/>
    <w:rsid w:val="00B47730"/>
    <w:rsid w:val="00B9628D"/>
    <w:rsid w:val="00BB3F51"/>
    <w:rsid w:val="00C60232"/>
    <w:rsid w:val="00C7464E"/>
    <w:rsid w:val="00CB0664"/>
    <w:rsid w:val="00DF319D"/>
    <w:rsid w:val="00E50528"/>
    <w:rsid w:val="00E713B7"/>
    <w:rsid w:val="00E77345"/>
    <w:rsid w:val="00EB7A40"/>
    <w:rsid w:val="00F01B31"/>
    <w:rsid w:val="00F51359"/>
    <w:rsid w:val="00FA60DF"/>
    <w:rsid w:val="00FC693F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9ED19E"/>
  <w14:defaultImageDpi w14:val="300"/>
  <w15:docId w15:val="{C8420AD7-1BB8-4F7F-A049-41CD6CED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000000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23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720"/>
      </w:tabs>
      <w:ind w:left="720" w:hanging="36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720"/>
      </w:tabs>
      <w:ind w:left="720" w:hanging="360"/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82733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733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53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534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34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3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34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4108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konkursu EkoKamień 2026  projekt</vt:lpstr>
      <vt:lpstr/>
    </vt:vector>
  </TitlesOfParts>
  <Manager/>
  <Company/>
  <LinksUpToDate>false</LinksUpToDate>
  <CharactersWithSpaces>4783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EkoKamień 2026  projekt</dc:title>
  <dc:subject>Projekt regulaminu konkursu realizowanego w ramach projektu WFOŚiGW</dc:subject>
  <dc:creator>APN</dc:creator>
  <cp:keywords/>
  <dc:description/>
  <cp:lastModifiedBy>Czysty Region</cp:lastModifiedBy>
  <cp:revision>2</cp:revision>
  <cp:lastPrinted>2026-08-18T12:35:00Z</cp:lastPrinted>
  <dcterms:created xsi:type="dcterms:W3CDTF">2026-08-18T12:36:00Z</dcterms:created>
  <dcterms:modified xsi:type="dcterms:W3CDTF">2026-08-18T12:36:00Z</dcterms:modified>
  <cp:category/>
</cp:coreProperties>
</file>